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E40AF"/>
          <w:sz w:val="44"/>
        </w:rPr>
        <w:t>Complete Scriptures on Forgiveness</w:t>
      </w:r>
    </w:p>
    <w:p>
      <w:pPr>
        <w:jc w:val="center"/>
      </w:pPr>
      <w:r>
        <w:rPr>
          <w:i/>
          <w:color w:val="4A5568"/>
          <w:sz w:val="24"/>
        </w:rPr>
        <w:t>The Teachings of Jesus • The Epistles of John • The Epistles of Paul</w:t>
      </w:r>
    </w:p>
    <w:p>
      <w:pPr>
        <w:spacing w:before="80" w:after="160"/>
        <w:pBdr>
          <w:bottom w:val="single" w:sz="12" w:space="1" w:color="2563eb"/>
        </w:pBdr>
      </w:pPr>
    </w:p>
    <w:p>
      <w:pPr>
        <w:jc w:val="both"/>
      </w:pPr>
      <w:r>
        <w:rPr>
          <w:color w:val="2C3E50"/>
          <w:sz w:val="22"/>
        </w:rPr>
        <w:t>Forgiveness is not a side teaching in Scripture — it is central to the Gospel itself. Jesus made it the very condition of receiving mercy. The Apostle John anchored it in the finished work of the cross and our ongoing fellowship with God. The Apostle Paul wove it into the fabric of Christian relationships, the Church, and our new identity in Christ.</w:t>
        <w:br/>
        <w:br/>
        <w:t>This booklet brings together the most powerful and practical scriptures on forgiveness from Jesus, John, and Paul in one place. Whether for personal study, prayer, creating affirmations, teaching, or printing as a ministry resource, may these words transform your heart and relationships as you live out the mercy you have so freely received.</w:t>
      </w:r>
    </w:p>
    <w:p>
      <w:r>
        <w:br w:type="page"/>
      </w:r>
    </w:p>
    <w:p>
      <w:pPr>
        <w:spacing w:before="120"/>
      </w:pPr>
      <w:r>
        <w:rPr>
          <w:b/>
          <w:color w:val="1E40AF"/>
          <w:sz w:val="28"/>
        </w:rPr>
        <w:t>Part One: The Words of Jesus on Forgiveness</w:t>
      </w:r>
    </w:p>
    <w:p>
      <w:pPr>
        <w:spacing w:before="240" w:after="80"/>
      </w:pPr>
      <w:r>
        <w:rPr>
          <w:b/>
          <w:color w:val="2C3E50"/>
          <w:sz w:val="26"/>
        </w:rPr>
        <w:t>1. Forgiven as We Forgive</w:t>
      </w:r>
    </w:p>
    <w:p>
      <w:pPr>
        <w:spacing w:before="80" w:after="160"/>
        <w:pBdr>
          <w:bottom w:val="single" w:sz="12" w:space="1" w:color="2563eb"/>
        </w:pBdr>
      </w:pPr>
    </w:p>
    <w:p>
      <w:pPr>
        <w:spacing w:after="120"/>
      </w:pPr>
      <w:r>
        <w:rPr>
          <w:b/>
          <w:color w:val="4A5568"/>
          <w:sz w:val="20"/>
        </w:rPr>
        <w:t xml:space="preserve">Kingdom Truth: </w:t>
      </w:r>
      <w:r>
        <w:rPr>
          <w:i/>
          <w:color w:val="4A5568"/>
          <w:sz w:val="20"/>
        </w:rPr>
        <w:t>Our willingness to forgive others is directly connected to experiencing the Father’s forgiveness. This is Kingdom alignment, not works.</w:t>
      </w:r>
    </w:p>
    <w:p>
      <w:pPr>
        <w:spacing w:before="160" w:after="40"/>
      </w:pPr>
      <w:r>
        <w:rPr>
          <w:b/>
          <w:color w:val="1E40AF"/>
          <w:sz w:val="24"/>
        </w:rPr>
        <w:t>Matthew 6:12, 14-15 (NIV)</w:t>
      </w:r>
    </w:p>
    <w:p>
      <w:pPr>
        <w:spacing w:after="120"/>
        <w:ind w:left="283"/>
      </w:pPr>
      <w:r>
        <w:rPr>
          <w:color w:val="2C3E50"/>
          <w:sz w:val="24"/>
        </w:rPr>
        <w:t>“And forgive us our debts, as we also have forgiven our debtors. … For if you forgive other people when they sin against you, your heavenly Father will also forgive you. But if you do not forgive others their sins, your Father will not forgive your sins.”</w:t>
      </w:r>
    </w:p>
    <w:p>
      <w:pPr>
        <w:spacing w:before="160" w:after="40"/>
      </w:pPr>
      <w:r>
        <w:rPr>
          <w:b/>
          <w:color w:val="1E40AF"/>
          <w:sz w:val="24"/>
        </w:rPr>
        <w:t>Mark 11:25 (NIV)</w:t>
      </w:r>
    </w:p>
    <w:p>
      <w:pPr>
        <w:spacing w:after="120"/>
        <w:ind w:left="283"/>
      </w:pPr>
      <w:r>
        <w:rPr>
          <w:color w:val="2C3E50"/>
          <w:sz w:val="24"/>
        </w:rPr>
        <w:t>“And when you stand praying, if you hold anything against anyone, forgive them, so that your Father in heaven may forgive you your sins.”</w:t>
      </w:r>
    </w:p>
    <w:p>
      <w:pPr>
        <w:spacing w:before="160" w:after="40"/>
      </w:pPr>
      <w:r>
        <w:rPr>
          <w:b/>
          <w:color w:val="1E40AF"/>
          <w:sz w:val="24"/>
        </w:rPr>
        <w:t>Luke 6:37 (NIV)</w:t>
      </w:r>
    </w:p>
    <w:p>
      <w:pPr>
        <w:spacing w:after="120"/>
        <w:ind w:left="283"/>
      </w:pPr>
      <w:r>
        <w:rPr>
          <w:color w:val="2C3E50"/>
          <w:sz w:val="24"/>
        </w:rPr>
        <w:t>“Do not judge, and you will not be judged. Do not condemn, and you will not be condemned. Forgive, and you will be forgiven.”</w:t>
      </w:r>
    </w:p>
    <w:p>
      <w:pPr>
        <w:spacing w:before="240" w:after="80"/>
      </w:pPr>
      <w:r>
        <w:rPr>
          <w:b/>
          <w:color w:val="2C3E50"/>
          <w:sz w:val="26"/>
        </w:rPr>
        <w:t>2. First Be Reconciled</w:t>
      </w:r>
    </w:p>
    <w:p>
      <w:pPr>
        <w:spacing w:before="80" w:after="160"/>
        <w:pBdr>
          <w:bottom w:val="single" w:sz="12" w:space="1" w:color="2563eb"/>
        </w:pBdr>
      </w:pPr>
    </w:p>
    <w:p>
      <w:pPr>
        <w:spacing w:after="120"/>
      </w:pPr>
      <w:r>
        <w:rPr>
          <w:b/>
          <w:color w:val="4A5568"/>
          <w:sz w:val="20"/>
        </w:rPr>
        <w:t xml:space="preserve">Kingdom Truth: </w:t>
      </w:r>
      <w:r>
        <w:rPr>
          <w:i/>
          <w:color w:val="4A5568"/>
          <w:sz w:val="20"/>
        </w:rPr>
        <w:t>Jesus prioritizes relational peace. Worship is hindered when we refuse to make things right with others.</w:t>
      </w:r>
    </w:p>
    <w:p>
      <w:pPr>
        <w:spacing w:before="160" w:after="40"/>
      </w:pPr>
      <w:r>
        <w:rPr>
          <w:b/>
          <w:color w:val="1E40AF"/>
          <w:sz w:val="24"/>
        </w:rPr>
        <w:t>Matthew 5:23-24 (NIV)</w:t>
      </w:r>
    </w:p>
    <w:p>
      <w:pPr>
        <w:spacing w:after="120"/>
        <w:ind w:left="283"/>
      </w:pPr>
      <w:r>
        <w:rPr>
          <w:color w:val="2C3E50"/>
          <w:sz w:val="24"/>
        </w:rPr>
        <w:t>“Therefore, if you are offering your gift at the altar and there remember that your brother or sister has something against you, leave your gift there in front of the altar. First go and be reconciled to them; then come and offer your gift.”</w:t>
      </w:r>
    </w:p>
    <w:p>
      <w:pPr>
        <w:spacing w:before="240" w:after="80"/>
      </w:pPr>
      <w:r>
        <w:rPr>
          <w:b/>
          <w:color w:val="2C3E50"/>
          <w:sz w:val="26"/>
        </w:rPr>
        <w:t>3. Unlimited Forgiveness – Seventy-Seven Times</w:t>
      </w:r>
    </w:p>
    <w:p>
      <w:pPr>
        <w:spacing w:before="80" w:after="160"/>
        <w:pBdr>
          <w:bottom w:val="single" w:sz="12" w:space="1" w:color="2563eb"/>
        </w:pBdr>
      </w:pPr>
    </w:p>
    <w:p>
      <w:pPr>
        <w:spacing w:after="120"/>
      </w:pPr>
      <w:r>
        <w:rPr>
          <w:b/>
          <w:color w:val="4A5568"/>
          <w:sz w:val="20"/>
        </w:rPr>
        <w:t xml:space="preserve">Kingdom Truth: </w:t>
      </w:r>
      <w:r>
        <w:rPr>
          <w:i/>
          <w:color w:val="4A5568"/>
          <w:sz w:val="20"/>
        </w:rPr>
        <w:t>Peter asked for a reasonable limit. Jesus exploded it. Kingdom forgiveness is not measured — it flows from a heart that has received limitless mercy.</w:t>
      </w:r>
    </w:p>
    <w:p>
      <w:pPr>
        <w:spacing w:before="160" w:after="40"/>
      </w:pPr>
      <w:r>
        <w:rPr>
          <w:b/>
          <w:color w:val="1E40AF"/>
          <w:sz w:val="24"/>
        </w:rPr>
        <w:t>Matthew 18:21-22 (NIV)</w:t>
      </w:r>
    </w:p>
    <w:p>
      <w:pPr>
        <w:spacing w:after="120"/>
        <w:ind w:left="283"/>
      </w:pPr>
      <w:r>
        <w:rPr>
          <w:color w:val="2C3E50"/>
          <w:sz w:val="24"/>
        </w:rPr>
        <w:t>“Then Peter came to Jesus and asked, 'Lord, how many times shall I forgive my brother or sister who sins against me? Up to seven times?' Jesus answered, 'I tell you, not seven times, but seventy-seven times.'”</w:t>
      </w:r>
    </w:p>
    <w:p>
      <w:pPr>
        <w:spacing w:before="160" w:after="40"/>
      </w:pPr>
      <w:r>
        <w:rPr>
          <w:b/>
          <w:color w:val="1E40AF"/>
          <w:sz w:val="24"/>
        </w:rPr>
        <w:t>Luke 17:3-4 (NIV)</w:t>
      </w:r>
    </w:p>
    <w:p>
      <w:pPr>
        <w:spacing w:after="120"/>
        <w:ind w:left="283"/>
      </w:pPr>
      <w:r>
        <w:rPr>
          <w:color w:val="2C3E50"/>
          <w:sz w:val="24"/>
        </w:rPr>
        <w:t>“If your brother or sister sins against you, rebuke them; and if they repent, forgive them. Even if they sin against you seven times in a day and seven times come back to you saying 'I repent,' you must forgive them.”</w:t>
      </w:r>
    </w:p>
    <w:p>
      <w:r>
        <w:br w:type="page"/>
      </w:r>
    </w:p>
    <w:p>
      <w:pPr>
        <w:spacing w:before="240" w:after="80"/>
      </w:pPr>
      <w:r>
        <w:rPr>
          <w:b/>
          <w:color w:val="2C3E50"/>
          <w:sz w:val="26"/>
        </w:rPr>
        <w:t>4. Love Your Enemies &amp; Be Merciful</w:t>
      </w:r>
    </w:p>
    <w:p>
      <w:pPr>
        <w:spacing w:before="80" w:after="160"/>
        <w:pBdr>
          <w:bottom w:val="single" w:sz="12" w:space="1" w:color="2563eb"/>
        </w:pBdr>
      </w:pPr>
    </w:p>
    <w:p>
      <w:pPr>
        <w:spacing w:after="120"/>
      </w:pPr>
      <w:r>
        <w:rPr>
          <w:b/>
          <w:color w:val="4A5568"/>
          <w:sz w:val="20"/>
        </w:rPr>
        <w:t xml:space="preserve">Kingdom Truth: </w:t>
      </w:r>
      <w:r>
        <w:rPr>
          <w:i/>
          <w:color w:val="4A5568"/>
          <w:sz w:val="20"/>
        </w:rPr>
        <w:t>The highest expression of forgiveness is loving those who have hurt us. We reflect the Father’s kindness even toward the ungrateful.</w:t>
      </w:r>
    </w:p>
    <w:p>
      <w:pPr>
        <w:spacing w:before="160" w:after="40"/>
      </w:pPr>
      <w:r>
        <w:rPr>
          <w:b/>
          <w:color w:val="1E40AF"/>
          <w:sz w:val="24"/>
        </w:rPr>
        <w:t>Luke 6:27-28, 35-36 (NIV)</w:t>
      </w:r>
    </w:p>
    <w:p>
      <w:pPr>
        <w:spacing w:after="120"/>
        <w:ind w:left="283"/>
      </w:pPr>
      <w:r>
        <w:rPr>
          <w:color w:val="2C3E50"/>
          <w:sz w:val="24"/>
        </w:rPr>
        <w:t>“But to you who are listening I say: Love your enemies, do good to those who hate you, bless those who curse you, pray for those who mistreat you… But love your enemies, do good to them, and lend to them without expecting to get anything back. Then your reward will be great, and you will be children of the Most High, because he is kind to the ungrateful and wicked. Be merciful, just as your Father is merciful.”</w:t>
      </w:r>
    </w:p>
    <w:p>
      <w:pPr>
        <w:spacing w:before="160" w:after="40"/>
      </w:pPr>
      <w:r>
        <w:rPr>
          <w:b/>
          <w:color w:val="1E40AF"/>
          <w:sz w:val="24"/>
        </w:rPr>
        <w:t>Matthew 5:7 (NIV)</w:t>
      </w:r>
    </w:p>
    <w:p>
      <w:pPr>
        <w:spacing w:after="120"/>
        <w:ind w:left="283"/>
      </w:pPr>
      <w:r>
        <w:rPr>
          <w:color w:val="2C3E50"/>
          <w:sz w:val="24"/>
        </w:rPr>
        <w:t>“Blessed are the merciful, for they will be shown mercy.”</w:t>
      </w:r>
    </w:p>
    <w:p>
      <w:pPr>
        <w:spacing w:before="200"/>
      </w:pPr>
      <w:r>
        <w:rPr>
          <w:b/>
          <w:color w:val="2C3E50"/>
          <w:sz w:val="26"/>
        </w:rPr>
        <w:t>5. Parables Jesus Told About Forgiveness</w:t>
      </w:r>
    </w:p>
    <w:p>
      <w:r>
        <w:rPr>
          <w:b/>
          <w:sz w:val="20"/>
        </w:rPr>
        <w:t xml:space="preserve">Kingdom Truth: </w:t>
      </w:r>
      <w:r>
        <w:rPr>
          <w:i/>
          <w:sz w:val="20"/>
        </w:rPr>
        <w:t>Jesus taught profound truths through stories that reveal the Father’s extravagant forgiveness and our call to extend the same mercy.</w:t>
      </w:r>
    </w:p>
    <w:p>
      <w:r>
        <w:rPr>
          <w:b/>
          <w:color w:val="1E40AF"/>
          <w:sz w:val="22"/>
        </w:rPr>
        <w:t>The Parable of the Unforgiving Servant (Matthew 18:23-35)</w:t>
      </w:r>
    </w:p>
    <w:p>
      <w:r>
        <w:rPr>
          <w:sz w:val="22"/>
        </w:rPr>
        <w:t>A king forgave an enormous debt, yet the servant refused to forgive a tiny debt. The king’s response was severe. Key takeaway: We have been forgiven a debt we could never repay. Therefore we must forgive others from the heart.</w:t>
      </w:r>
    </w:p>
    <w:p>
      <w:r>
        <w:rPr>
          <w:b/>
          <w:color w:val="1E40AF"/>
          <w:sz w:val="22"/>
        </w:rPr>
        <w:t>The Parable of the Prodigal Son (Luke 15:11-32)</w:t>
      </w:r>
    </w:p>
    <w:p>
      <w:r>
        <w:rPr>
          <w:sz w:val="22"/>
        </w:rPr>
        <w:t>A father runs to embrace and fully restore his wayward son. Key takeaway: The Father’s heart is one of joyful, unconditional restoration. There is always room at the table for the repentant.</w:t>
      </w:r>
    </w:p>
    <w:p>
      <w:pPr>
        <w:spacing w:before="240" w:after="80"/>
      </w:pPr>
      <w:r>
        <w:rPr>
          <w:b/>
          <w:color w:val="2C3E50"/>
          <w:sz w:val="26"/>
        </w:rPr>
        <w:t>6. Jesus Personally Declared Forgiveness</w:t>
      </w:r>
    </w:p>
    <w:p>
      <w:pPr>
        <w:spacing w:before="80" w:after="160"/>
        <w:pBdr>
          <w:bottom w:val="single" w:sz="12" w:space="1" w:color="2563eb"/>
        </w:pBdr>
      </w:pPr>
    </w:p>
    <w:p>
      <w:pPr>
        <w:spacing w:after="120"/>
      </w:pPr>
      <w:r>
        <w:rPr>
          <w:b/>
          <w:color w:val="4A5568"/>
          <w:sz w:val="20"/>
        </w:rPr>
        <w:t xml:space="preserve">Kingdom Truth: </w:t>
      </w:r>
      <w:r>
        <w:rPr>
          <w:i/>
          <w:color w:val="4A5568"/>
          <w:sz w:val="20"/>
        </w:rPr>
        <w:t>Jesus didn’t only teach about forgiveness — He demonstrated His divine authority to forgive sins and set people free.</w:t>
      </w:r>
    </w:p>
    <w:p>
      <w:pPr>
        <w:spacing w:before="160" w:after="40"/>
      </w:pPr>
      <w:r>
        <w:rPr>
          <w:b/>
          <w:color w:val="1E40AF"/>
          <w:sz w:val="24"/>
        </w:rPr>
        <w:t>Luke 5:20 (NIV) — The Paralytic</w:t>
      </w:r>
    </w:p>
    <w:p>
      <w:pPr>
        <w:spacing w:after="120"/>
        <w:ind w:left="283"/>
      </w:pPr>
      <w:r>
        <w:rPr>
          <w:color w:val="2C3E50"/>
          <w:sz w:val="24"/>
        </w:rPr>
        <w:t>“When Jesus saw their faith, he said, 'Friend, your sins are forgiven.'”</w:t>
      </w:r>
    </w:p>
    <w:p>
      <w:pPr>
        <w:spacing w:before="160" w:after="40"/>
      </w:pPr>
      <w:r>
        <w:rPr>
          <w:b/>
          <w:color w:val="1E40AF"/>
          <w:sz w:val="24"/>
        </w:rPr>
        <w:t>Luke 7:47-48 (NIV) — The Sinful Woman</w:t>
      </w:r>
    </w:p>
    <w:p>
      <w:pPr>
        <w:spacing w:after="120"/>
        <w:ind w:left="283"/>
      </w:pPr>
      <w:r>
        <w:rPr>
          <w:color w:val="2C3E50"/>
          <w:sz w:val="24"/>
        </w:rPr>
        <w:t>“Therefore I tell you, her many sins have been forgiven—as her great love has shown. But whoever has been forgiven little loves little.' Then Jesus said to her, 'Your sins are forgiven.'”</w:t>
      </w:r>
    </w:p>
    <w:p>
      <w:pPr>
        <w:spacing w:before="160" w:after="40"/>
      </w:pPr>
      <w:r>
        <w:rPr>
          <w:b/>
          <w:color w:val="1E40AF"/>
          <w:sz w:val="24"/>
        </w:rPr>
        <w:t>John 8:10-11 (NIV) — The Woman Caught in Adultery</w:t>
      </w:r>
    </w:p>
    <w:p>
      <w:pPr>
        <w:spacing w:after="120"/>
        <w:ind w:left="283"/>
      </w:pPr>
      <w:r>
        <w:rPr>
          <w:color w:val="2C3E50"/>
          <w:sz w:val="24"/>
        </w:rPr>
        <w:t>“Jesus straightened up and asked her, 'Woman, where are they? Has no one condemned you?' 'No one, sir,' she said. 'Then neither do I condemn you,' Jesus declared. 'Go now and leave your life of sin.'”</w:t>
      </w:r>
    </w:p>
    <w:p>
      <w:r>
        <w:br w:type="page"/>
      </w:r>
    </w:p>
    <w:p>
      <w:pPr>
        <w:spacing w:before="240" w:after="80"/>
      </w:pPr>
      <w:r>
        <w:rPr>
          <w:b/>
          <w:color w:val="2C3E50"/>
          <w:sz w:val="26"/>
        </w:rPr>
        <w:t>7. The Ultimate Example — From the Cross</w:t>
      </w:r>
    </w:p>
    <w:p>
      <w:pPr>
        <w:spacing w:before="80" w:after="160"/>
        <w:pBdr>
          <w:bottom w:val="single" w:sz="12" w:space="1" w:color="2563eb"/>
        </w:pBdr>
      </w:pPr>
    </w:p>
    <w:p>
      <w:pPr>
        <w:spacing w:after="120"/>
      </w:pPr>
      <w:r>
        <w:rPr>
          <w:b/>
          <w:color w:val="4A5568"/>
          <w:sz w:val="20"/>
        </w:rPr>
        <w:t xml:space="preserve">Kingdom Truth: </w:t>
      </w:r>
      <w:r>
        <w:rPr>
          <w:i/>
          <w:color w:val="4A5568"/>
          <w:sz w:val="20"/>
        </w:rPr>
        <w:t>In His greatest agony, Jesus prayed for those who crucified Him. This is the pinnacle of forgiving love.</w:t>
      </w:r>
    </w:p>
    <w:p>
      <w:pPr>
        <w:spacing w:before="160" w:after="40"/>
      </w:pPr>
      <w:r>
        <w:rPr>
          <w:b/>
          <w:color w:val="1E40AF"/>
          <w:sz w:val="24"/>
        </w:rPr>
        <w:t>Luke 23:34 (NIV)</w:t>
      </w:r>
    </w:p>
    <w:p>
      <w:pPr>
        <w:spacing w:after="120"/>
        <w:ind w:left="283"/>
      </w:pPr>
      <w:r>
        <w:rPr>
          <w:color w:val="2C3E50"/>
          <w:sz w:val="24"/>
        </w:rPr>
        <w:t>“Jesus said, 'Father, forgive them, for they do not know what they are doing.' And they divided up his clothes by casting lots.”</w:t>
      </w:r>
    </w:p>
    <w:p>
      <w:pPr>
        <w:spacing w:before="240" w:after="80"/>
      </w:pPr>
      <w:r>
        <w:rPr>
          <w:b/>
          <w:color w:val="2C3E50"/>
          <w:sz w:val="26"/>
        </w:rPr>
        <w:t>8. The New Covenant of Forgiveness</w:t>
      </w:r>
    </w:p>
    <w:p>
      <w:pPr>
        <w:spacing w:before="80" w:after="160"/>
        <w:pBdr>
          <w:bottom w:val="single" w:sz="12" w:space="1" w:color="2563eb"/>
        </w:pBdr>
      </w:pPr>
    </w:p>
    <w:p>
      <w:pPr>
        <w:spacing w:after="120"/>
      </w:pPr>
      <w:r>
        <w:rPr>
          <w:b/>
          <w:color w:val="4A5568"/>
          <w:sz w:val="20"/>
        </w:rPr>
        <w:t xml:space="preserve">Kingdom Truth: </w:t>
      </w:r>
      <w:r>
        <w:rPr>
          <w:i/>
          <w:color w:val="4A5568"/>
          <w:sz w:val="20"/>
        </w:rPr>
        <w:t>At the Last Supper, Jesus revealed that His blood would establish a new covenant bringing full forgiveness of sins.</w:t>
      </w:r>
    </w:p>
    <w:p>
      <w:pPr>
        <w:spacing w:before="160" w:after="40"/>
      </w:pPr>
      <w:r>
        <w:rPr>
          <w:b/>
          <w:color w:val="1E40AF"/>
          <w:sz w:val="24"/>
        </w:rPr>
        <w:t>Matthew 26:28 (NIV)</w:t>
      </w:r>
    </w:p>
    <w:p>
      <w:pPr>
        <w:spacing w:after="120"/>
        <w:ind w:left="283"/>
      </w:pPr>
      <w:r>
        <w:rPr>
          <w:color w:val="2C3E50"/>
          <w:sz w:val="24"/>
        </w:rPr>
        <w:t>“This is my blood of the covenant, which is poured out for many for the forgiveness of sins.”</w:t>
      </w:r>
    </w:p>
    <w:p>
      <w:pPr>
        <w:spacing w:before="240" w:after="80"/>
      </w:pPr>
      <w:r>
        <w:rPr>
          <w:b/>
          <w:color w:val="2C3E50"/>
          <w:sz w:val="26"/>
        </w:rPr>
        <w:t>9. Authority to Forgive Given to His Disciples</w:t>
      </w:r>
    </w:p>
    <w:p>
      <w:pPr>
        <w:spacing w:before="80" w:after="160"/>
        <w:pBdr>
          <w:bottom w:val="single" w:sz="12" w:space="1" w:color="2563eb"/>
        </w:pBdr>
      </w:pPr>
    </w:p>
    <w:p>
      <w:pPr>
        <w:spacing w:after="120"/>
      </w:pPr>
      <w:r>
        <w:rPr>
          <w:b/>
          <w:color w:val="4A5568"/>
          <w:sz w:val="20"/>
        </w:rPr>
        <w:t xml:space="preserve">Kingdom Truth: </w:t>
      </w:r>
      <w:r>
        <w:rPr>
          <w:i/>
          <w:color w:val="4A5568"/>
          <w:sz w:val="20"/>
        </w:rPr>
        <w:t>Jesus entrusted His followers with the ministry of reconciliation and the authority to declare forgiveness in His name.</w:t>
      </w:r>
    </w:p>
    <w:p>
      <w:pPr>
        <w:spacing w:before="160" w:after="40"/>
      </w:pPr>
      <w:r>
        <w:rPr>
          <w:b/>
          <w:color w:val="1E40AF"/>
          <w:sz w:val="24"/>
        </w:rPr>
        <w:t>John 20:23 (NIV)</w:t>
      </w:r>
    </w:p>
    <w:p>
      <w:pPr>
        <w:spacing w:after="120"/>
        <w:ind w:left="283"/>
      </w:pPr>
      <w:r>
        <w:rPr>
          <w:color w:val="2C3E50"/>
          <w:sz w:val="24"/>
        </w:rPr>
        <w:t>“If you forgive anyone’s sins, their sins are forgiven; if you do not forgive them, they are not forgiven.”</w:t>
      </w:r>
    </w:p>
    <w:p>
      <w:r>
        <w:br w:type="page"/>
      </w:r>
    </w:p>
    <w:p>
      <w:r>
        <w:rPr>
          <w:b/>
          <w:color w:val="1E40AF"/>
          <w:sz w:val="28"/>
        </w:rPr>
        <w:t>Part Two: Forgiveness in the Epistles of John</w:t>
      </w:r>
    </w:p>
    <w:p>
      <w:pPr>
        <w:spacing w:before="240" w:after="80"/>
      </w:pPr>
      <w:r>
        <w:rPr>
          <w:b/>
          <w:color w:val="2C3E50"/>
          <w:sz w:val="26"/>
        </w:rPr>
        <w:t>1. Walking in the Light – Cleansed by His Blood</w:t>
      </w:r>
    </w:p>
    <w:p>
      <w:pPr>
        <w:spacing w:before="80" w:after="160"/>
        <w:pBdr>
          <w:bottom w:val="single" w:sz="12" w:space="1" w:color="2563eb"/>
        </w:pBdr>
      </w:pPr>
    </w:p>
    <w:p>
      <w:pPr>
        <w:spacing w:after="120"/>
      </w:pPr>
      <w:r>
        <w:rPr>
          <w:b/>
          <w:color w:val="4A5568"/>
          <w:sz w:val="20"/>
        </w:rPr>
        <w:t xml:space="preserve">Kingdom Truth: </w:t>
      </w:r>
      <w:r>
        <w:rPr>
          <w:i/>
          <w:color w:val="4A5568"/>
          <w:sz w:val="20"/>
        </w:rPr>
        <w:t>Fellowship with God and one another is maintained through the cleansing blood of Jesus.</w:t>
      </w:r>
    </w:p>
    <w:p>
      <w:pPr>
        <w:spacing w:before="160" w:after="40"/>
      </w:pPr>
      <w:r>
        <w:rPr>
          <w:b/>
          <w:color w:val="1E40AF"/>
          <w:sz w:val="24"/>
        </w:rPr>
        <w:t>1 John 1:7 (NIV)</w:t>
      </w:r>
    </w:p>
    <w:p>
      <w:pPr>
        <w:spacing w:after="120"/>
        <w:ind w:left="283"/>
      </w:pPr>
      <w:r>
        <w:rPr>
          <w:color w:val="2C3E50"/>
          <w:sz w:val="24"/>
        </w:rPr>
        <w:t>“But if we walk in the light, as he is in the light, we have fellowship with one another, and the blood of Jesus, his Son, purifies us from all sin.”</w:t>
      </w:r>
    </w:p>
    <w:p>
      <w:pPr>
        <w:spacing w:before="240" w:after="80"/>
      </w:pPr>
      <w:r>
        <w:rPr>
          <w:b/>
          <w:color w:val="2C3E50"/>
          <w:sz w:val="26"/>
        </w:rPr>
        <w:t>2. Faithful and Just to Forgive</w:t>
      </w:r>
    </w:p>
    <w:p>
      <w:pPr>
        <w:spacing w:before="80" w:after="160"/>
        <w:pBdr>
          <w:bottom w:val="single" w:sz="12" w:space="1" w:color="2563eb"/>
        </w:pBdr>
      </w:pPr>
    </w:p>
    <w:p>
      <w:pPr>
        <w:spacing w:after="120"/>
      </w:pPr>
      <w:r>
        <w:rPr>
          <w:b/>
          <w:color w:val="4A5568"/>
          <w:sz w:val="20"/>
        </w:rPr>
        <w:t xml:space="preserve">Kingdom Truth: </w:t>
      </w:r>
      <w:r>
        <w:rPr>
          <w:i/>
          <w:color w:val="4A5568"/>
          <w:sz w:val="20"/>
        </w:rPr>
        <w:t>Confession brings immediate, faithful forgiveness and cleansing. This is the daily reality of the believer.</w:t>
      </w:r>
    </w:p>
    <w:p>
      <w:pPr>
        <w:spacing w:before="160" w:after="40"/>
      </w:pPr>
      <w:r>
        <w:rPr>
          <w:b/>
          <w:color w:val="1E40AF"/>
          <w:sz w:val="24"/>
        </w:rPr>
        <w:t>1 John 1:9 (NIV)</w:t>
      </w:r>
    </w:p>
    <w:p>
      <w:pPr>
        <w:spacing w:after="120"/>
        <w:ind w:left="283"/>
      </w:pPr>
      <w:r>
        <w:rPr>
          <w:color w:val="2C3E50"/>
          <w:sz w:val="24"/>
        </w:rPr>
        <w:t>“If we confess our sins, he is faithful and just and will forgive us our sins and purify us from all unrighteousness.”</w:t>
      </w:r>
    </w:p>
    <w:p>
      <w:pPr>
        <w:spacing w:before="240" w:after="80"/>
      </w:pPr>
      <w:r>
        <w:rPr>
          <w:b/>
          <w:color w:val="2C3E50"/>
          <w:sz w:val="26"/>
        </w:rPr>
        <w:t>3. Our Advocate and Propitiation</w:t>
      </w:r>
    </w:p>
    <w:p>
      <w:pPr>
        <w:spacing w:before="80" w:after="160"/>
        <w:pBdr>
          <w:bottom w:val="single" w:sz="12" w:space="1" w:color="2563eb"/>
        </w:pBdr>
      </w:pPr>
    </w:p>
    <w:p>
      <w:pPr>
        <w:spacing w:after="120"/>
      </w:pPr>
      <w:r>
        <w:rPr>
          <w:b/>
          <w:color w:val="4A5568"/>
          <w:sz w:val="20"/>
        </w:rPr>
        <w:t xml:space="preserve">Kingdom Truth: </w:t>
      </w:r>
      <w:r>
        <w:rPr>
          <w:i/>
          <w:color w:val="4A5568"/>
          <w:sz w:val="20"/>
        </w:rPr>
        <w:t>Jesus is our continual Advocate. His sacrifice covers not only our sins but the sins of the whole world.</w:t>
      </w:r>
    </w:p>
    <w:p>
      <w:pPr>
        <w:spacing w:before="160" w:after="40"/>
      </w:pPr>
      <w:r>
        <w:rPr>
          <w:b/>
          <w:color w:val="1E40AF"/>
          <w:sz w:val="24"/>
        </w:rPr>
        <w:t>1 John 2:1-2 (NIV)</w:t>
      </w:r>
    </w:p>
    <w:p>
      <w:pPr>
        <w:spacing w:after="120"/>
        <w:ind w:left="283"/>
      </w:pPr>
      <w:r>
        <w:rPr>
          <w:color w:val="2C3E50"/>
          <w:sz w:val="24"/>
        </w:rPr>
        <w:t>“My dear children, I write this to you so that you will not sin. But if anybody does sin, we have an advocate with the Father—Jesus Christ, the Righteous One. He is the atoning sacrifice for our sins, and not only for ours but also for the sins of the whole world.”</w:t>
      </w:r>
    </w:p>
    <w:p>
      <w:pPr>
        <w:spacing w:before="240" w:after="80"/>
      </w:pPr>
      <w:r>
        <w:rPr>
          <w:b/>
          <w:color w:val="2C3E50"/>
          <w:sz w:val="26"/>
        </w:rPr>
        <w:t>4. Your Sins Have Been Forgiven</w:t>
      </w:r>
    </w:p>
    <w:p>
      <w:pPr>
        <w:spacing w:before="80" w:after="160"/>
        <w:pBdr>
          <w:bottom w:val="single" w:sz="12" w:space="1" w:color="2563eb"/>
        </w:pBdr>
      </w:pPr>
    </w:p>
    <w:p>
      <w:pPr>
        <w:spacing w:after="120"/>
      </w:pPr>
      <w:r>
        <w:rPr>
          <w:b/>
          <w:color w:val="4A5568"/>
          <w:sz w:val="20"/>
        </w:rPr>
        <w:t xml:space="preserve">Kingdom Truth: </w:t>
      </w:r>
      <w:r>
        <w:rPr>
          <w:i/>
          <w:color w:val="4A5568"/>
          <w:sz w:val="20"/>
        </w:rPr>
        <w:t>John writes to believers to remind them of their secure position — sins forgiven on account of Jesus’ name.</w:t>
      </w:r>
    </w:p>
    <w:p>
      <w:pPr>
        <w:spacing w:before="160" w:after="40"/>
      </w:pPr>
      <w:r>
        <w:rPr>
          <w:b/>
          <w:color w:val="1E40AF"/>
          <w:sz w:val="24"/>
        </w:rPr>
        <w:t>1 John 2:12 (NIV)</w:t>
      </w:r>
    </w:p>
    <w:p>
      <w:pPr>
        <w:spacing w:after="120"/>
        <w:ind w:left="283"/>
      </w:pPr>
      <w:r>
        <w:rPr>
          <w:color w:val="2C3E50"/>
          <w:sz w:val="24"/>
        </w:rPr>
        <w:t>“I am writing to you, dear children, because your sins have been forgiven on account of his name.”</w:t>
      </w:r>
    </w:p>
    <w:p>
      <w:pPr>
        <w:spacing w:before="240" w:after="80"/>
      </w:pPr>
      <w:r>
        <w:rPr>
          <w:b/>
          <w:color w:val="2C3E50"/>
          <w:sz w:val="26"/>
        </w:rPr>
        <w:t>5. This is Love — The Atoning Sacrifice</w:t>
      </w:r>
    </w:p>
    <w:p>
      <w:pPr>
        <w:spacing w:before="80" w:after="160"/>
        <w:pBdr>
          <w:bottom w:val="single" w:sz="12" w:space="1" w:color="2563eb"/>
        </w:pBdr>
      </w:pPr>
    </w:p>
    <w:p>
      <w:pPr>
        <w:spacing w:after="120"/>
      </w:pPr>
      <w:r>
        <w:rPr>
          <w:b/>
          <w:color w:val="4A5568"/>
          <w:sz w:val="20"/>
        </w:rPr>
        <w:t xml:space="preserve">Kingdom Truth: </w:t>
      </w:r>
      <w:r>
        <w:rPr>
          <w:i/>
          <w:color w:val="4A5568"/>
          <w:sz w:val="20"/>
        </w:rPr>
        <w:t>True love is demonstrated in God sending His Son as the atoning sacrifice for our sins.</w:t>
      </w:r>
    </w:p>
    <w:p>
      <w:pPr>
        <w:spacing w:before="160" w:after="40"/>
      </w:pPr>
      <w:r>
        <w:rPr>
          <w:b/>
          <w:color w:val="1E40AF"/>
          <w:sz w:val="24"/>
        </w:rPr>
        <w:t>1 John 4:10 (NIV)</w:t>
      </w:r>
    </w:p>
    <w:p>
      <w:pPr>
        <w:spacing w:after="120"/>
        <w:ind w:left="283"/>
      </w:pPr>
      <w:r>
        <w:rPr>
          <w:color w:val="2C3E50"/>
          <w:sz w:val="24"/>
        </w:rPr>
        <w:t>“This is love: not that we loved God, but that he loved us and sent his Son as an atoning sacrifice for our sins.”</w:t>
      </w:r>
    </w:p>
    <w:p>
      <w:r>
        <w:br w:type="page"/>
      </w:r>
    </w:p>
    <w:p>
      <w:r>
        <w:rPr>
          <w:b/>
          <w:color w:val="1E40AF"/>
          <w:sz w:val="28"/>
        </w:rPr>
        <w:t>Part Three: Forgiveness in the Epistles of Paul</w:t>
      </w:r>
    </w:p>
    <w:p>
      <w:pPr>
        <w:spacing w:before="240" w:after="80"/>
      </w:pPr>
      <w:r>
        <w:rPr>
          <w:b/>
          <w:color w:val="2C3E50"/>
          <w:sz w:val="26"/>
        </w:rPr>
        <w:t>1. Forgive as the Lord Forgave You</w:t>
      </w:r>
    </w:p>
    <w:p>
      <w:pPr>
        <w:spacing w:before="80" w:after="160"/>
        <w:pBdr>
          <w:bottom w:val="single" w:sz="12" w:space="1" w:color="2563eb"/>
        </w:pBdr>
      </w:pPr>
    </w:p>
    <w:p>
      <w:pPr>
        <w:spacing w:after="120"/>
      </w:pPr>
      <w:r>
        <w:rPr>
          <w:b/>
          <w:color w:val="4A5568"/>
          <w:sz w:val="20"/>
        </w:rPr>
        <w:t xml:space="preserve">Kingdom Truth: </w:t>
      </w:r>
      <w:r>
        <w:rPr>
          <w:i/>
          <w:color w:val="4A5568"/>
          <w:sz w:val="20"/>
        </w:rPr>
        <w:t>This is the clearest and most repeated command in Paul’s letters. Our forgiveness of others must mirror how Christ forgave us.</w:t>
      </w:r>
    </w:p>
    <w:p>
      <w:pPr>
        <w:spacing w:before="160" w:after="40"/>
      </w:pPr>
      <w:r>
        <w:rPr>
          <w:b/>
          <w:color w:val="1E40AF"/>
          <w:sz w:val="24"/>
        </w:rPr>
        <w:t>Ephesians 4:32 (NIV)</w:t>
      </w:r>
    </w:p>
    <w:p>
      <w:pPr>
        <w:spacing w:after="120"/>
        <w:ind w:left="283"/>
      </w:pPr>
      <w:r>
        <w:rPr>
          <w:color w:val="2C3E50"/>
          <w:sz w:val="24"/>
        </w:rPr>
        <w:t>“Be kind and compassionate to one another, forgiving each other, just as in Christ God forgave you.”</w:t>
      </w:r>
    </w:p>
    <w:p>
      <w:pPr>
        <w:spacing w:before="160" w:after="40"/>
      </w:pPr>
      <w:r>
        <w:rPr>
          <w:b/>
          <w:color w:val="1E40AF"/>
          <w:sz w:val="24"/>
        </w:rPr>
        <w:t>Colossians 3:13 (NIV)</w:t>
      </w:r>
    </w:p>
    <w:p>
      <w:pPr>
        <w:spacing w:after="120"/>
        <w:ind w:left="283"/>
      </w:pPr>
      <w:r>
        <w:rPr>
          <w:color w:val="2C3E50"/>
          <w:sz w:val="24"/>
        </w:rPr>
        <w:t>“Bear with each other and forgive one another if any of you has a grievance against someone. Forgive as the Lord forgave you.”</w:t>
      </w:r>
    </w:p>
    <w:p>
      <w:pPr>
        <w:spacing w:before="240" w:after="80"/>
      </w:pPr>
      <w:r>
        <w:rPr>
          <w:b/>
          <w:color w:val="2C3E50"/>
          <w:sz w:val="26"/>
        </w:rPr>
        <w:t>2. The Ministry of Reconciliation</w:t>
      </w:r>
    </w:p>
    <w:p>
      <w:pPr>
        <w:spacing w:before="80" w:after="160"/>
        <w:pBdr>
          <w:bottom w:val="single" w:sz="12" w:space="1" w:color="2563eb"/>
        </w:pBdr>
      </w:pPr>
    </w:p>
    <w:p>
      <w:pPr>
        <w:spacing w:after="120"/>
      </w:pPr>
      <w:r>
        <w:rPr>
          <w:b/>
          <w:color w:val="4A5568"/>
          <w:sz w:val="20"/>
        </w:rPr>
        <w:t xml:space="preserve">Kingdom Truth: </w:t>
      </w:r>
      <w:r>
        <w:rPr>
          <w:i/>
          <w:color w:val="4A5568"/>
          <w:sz w:val="20"/>
        </w:rPr>
        <w:t>God has given us the ministry of reconciliation. We are ambassadors of the forgiveness Christ purchased.</w:t>
      </w:r>
    </w:p>
    <w:p>
      <w:pPr>
        <w:spacing w:before="160" w:after="40"/>
      </w:pPr>
      <w:r>
        <w:rPr>
          <w:b/>
          <w:color w:val="1E40AF"/>
          <w:sz w:val="24"/>
        </w:rPr>
        <w:t>2 Corinthians 5:18-19 (NIV)</w:t>
      </w:r>
    </w:p>
    <w:p>
      <w:pPr>
        <w:spacing w:after="120"/>
        <w:ind w:left="283"/>
      </w:pPr>
      <w:r>
        <w:rPr>
          <w:color w:val="2C3E50"/>
          <w:sz w:val="24"/>
        </w:rPr>
        <w:t>“All this is from God, who reconciled us to himself through Christ and gave us the ministry of reconciliation: that God was reconciling the world to himself in Christ, not counting people’s sins against them. And he has committed to us the message of reconciliation.”</w:t>
      </w:r>
    </w:p>
    <w:p>
      <w:pPr>
        <w:spacing w:before="240" w:after="80"/>
      </w:pPr>
      <w:r>
        <w:rPr>
          <w:b/>
          <w:color w:val="2C3E50"/>
          <w:sz w:val="26"/>
        </w:rPr>
        <w:t>3. Redemption Through His Blood – The Forgiveness of Sins</w:t>
      </w:r>
    </w:p>
    <w:p>
      <w:pPr>
        <w:spacing w:before="80" w:after="160"/>
        <w:pBdr>
          <w:bottom w:val="single" w:sz="12" w:space="1" w:color="2563eb"/>
        </w:pBdr>
      </w:pPr>
    </w:p>
    <w:p>
      <w:pPr>
        <w:spacing w:after="120"/>
      </w:pPr>
      <w:r>
        <w:rPr>
          <w:b/>
          <w:color w:val="4A5568"/>
          <w:sz w:val="20"/>
        </w:rPr>
        <w:t xml:space="preserve">Kingdom Truth: </w:t>
      </w:r>
      <w:r>
        <w:rPr>
          <w:i/>
          <w:color w:val="4A5568"/>
          <w:sz w:val="20"/>
        </w:rPr>
        <w:t>Forgiveness is not earned — it is the direct result of redemption through the blood of Jesus.</w:t>
      </w:r>
    </w:p>
    <w:p>
      <w:pPr>
        <w:spacing w:before="160" w:after="40"/>
      </w:pPr>
      <w:r>
        <w:rPr>
          <w:b/>
          <w:color w:val="1E40AF"/>
          <w:sz w:val="24"/>
        </w:rPr>
        <w:t>Ephesians 1:7 (NIV)</w:t>
      </w:r>
    </w:p>
    <w:p>
      <w:pPr>
        <w:spacing w:after="120"/>
        <w:ind w:left="283"/>
      </w:pPr>
      <w:r>
        <w:rPr>
          <w:color w:val="2C3E50"/>
          <w:sz w:val="24"/>
        </w:rPr>
        <w:t>“In him we have redemption through his blood, the forgiveness of sins, in accordance with the riches of God’s grace.”</w:t>
      </w:r>
    </w:p>
    <w:p>
      <w:pPr>
        <w:spacing w:before="160" w:after="40"/>
      </w:pPr>
      <w:r>
        <w:rPr>
          <w:b/>
          <w:color w:val="1E40AF"/>
          <w:sz w:val="24"/>
        </w:rPr>
        <w:t>Colossians 1:13-14 (NIV)</w:t>
      </w:r>
    </w:p>
    <w:p>
      <w:pPr>
        <w:spacing w:after="120"/>
        <w:ind w:left="283"/>
      </w:pPr>
      <w:r>
        <w:rPr>
          <w:color w:val="2C3E50"/>
          <w:sz w:val="24"/>
        </w:rPr>
        <w:t>“For he has rescued us from the dominion of darkness and brought us into the kingdom of the Son he loves, in whom we have redemption, the forgiveness of sins.”</w:t>
      </w:r>
    </w:p>
    <w:p>
      <w:r>
        <w:br w:type="page"/>
      </w:r>
    </w:p>
    <w:p>
      <w:pPr>
        <w:spacing w:before="240" w:after="80"/>
      </w:pPr>
      <w:r>
        <w:rPr>
          <w:b/>
          <w:color w:val="2C3E50"/>
          <w:sz w:val="26"/>
        </w:rPr>
        <w:t>4. Forgive the Repentant Brother – Guard the Fellowship</w:t>
      </w:r>
    </w:p>
    <w:p>
      <w:pPr>
        <w:spacing w:before="80" w:after="160"/>
        <w:pBdr>
          <w:bottom w:val="single" w:sz="12" w:space="1" w:color="2563eb"/>
        </w:pBdr>
      </w:pPr>
    </w:p>
    <w:p>
      <w:pPr>
        <w:spacing w:after="120"/>
      </w:pPr>
      <w:r>
        <w:rPr>
          <w:b/>
          <w:color w:val="4A5568"/>
          <w:sz w:val="20"/>
        </w:rPr>
        <w:t xml:space="preserve">Kingdom Truth: </w:t>
      </w:r>
      <w:r>
        <w:rPr>
          <w:i/>
          <w:color w:val="4A5568"/>
          <w:sz w:val="20"/>
        </w:rPr>
        <w:t>Paul instructs the church to forgive and restore the repentant offender so that Satan does not gain a foothold.</w:t>
      </w:r>
    </w:p>
    <w:p>
      <w:pPr>
        <w:spacing w:before="160" w:after="40"/>
      </w:pPr>
      <w:r>
        <w:rPr>
          <w:b/>
          <w:color w:val="1E40AF"/>
          <w:sz w:val="24"/>
        </w:rPr>
        <w:t>2 Corinthians 2:7, 10-11 (NIV)</w:t>
      </w:r>
    </w:p>
    <w:p>
      <w:pPr>
        <w:spacing w:after="120"/>
        <w:ind w:left="283"/>
      </w:pPr>
      <w:r>
        <w:rPr>
          <w:color w:val="2C3E50"/>
          <w:sz w:val="24"/>
        </w:rPr>
        <w:t>“Now instead, you ought to forgive and comfort him, so that he will not be overwhelmed by excessive sorrow. … Anyone you forgive, I also forgive. And what I have forgiven—if there was anything to forgive—I have forgiven in the sight of Christ for your sake, in order that Satan might not outwit us. For we are not unaware of his schemes.”</w:t>
      </w:r>
    </w:p>
    <w:p>
      <w:pPr>
        <w:spacing w:before="240" w:after="80"/>
      </w:pPr>
      <w:r>
        <w:rPr>
          <w:b/>
          <w:color w:val="2C3E50"/>
          <w:sz w:val="26"/>
        </w:rPr>
        <w:t>5. The Heart of Philemon – Receive Him as You Would Receive Me</w:t>
      </w:r>
    </w:p>
    <w:p>
      <w:pPr>
        <w:spacing w:before="80" w:after="160"/>
        <w:pBdr>
          <w:bottom w:val="single" w:sz="12" w:space="1" w:color="2563eb"/>
        </w:pBdr>
      </w:pPr>
    </w:p>
    <w:p>
      <w:pPr>
        <w:spacing w:after="120"/>
      </w:pPr>
      <w:r>
        <w:rPr>
          <w:b/>
          <w:color w:val="4A5568"/>
          <w:sz w:val="20"/>
        </w:rPr>
        <w:t xml:space="preserve">Kingdom Truth: </w:t>
      </w:r>
      <w:r>
        <w:rPr>
          <w:i/>
          <w:color w:val="4A5568"/>
          <w:sz w:val="20"/>
        </w:rPr>
        <w:t>Paul’s letter to Philemon is a living example of interceding for forgiveness and reconciliation. He asks Philemon to receive Onesimus as a brother in Christ.</w:t>
      </w:r>
    </w:p>
    <w:p>
      <w:pPr>
        <w:spacing w:before="160" w:after="40"/>
      </w:pPr>
      <w:r>
        <w:rPr>
          <w:b/>
          <w:color w:val="1E40AF"/>
          <w:sz w:val="24"/>
        </w:rPr>
        <w:t>Philemon 1:17-18 (NIV)</w:t>
      </w:r>
    </w:p>
    <w:p>
      <w:pPr>
        <w:spacing w:after="120"/>
        <w:ind w:left="283"/>
      </w:pPr>
      <w:r>
        <w:rPr>
          <w:color w:val="2C3E50"/>
          <w:sz w:val="24"/>
        </w:rPr>
        <w:t>“So if you consider me a partner, welcome him as you would welcome me. If he has done you any wrong or owes you anything, charge it to me.”</w:t>
      </w:r>
    </w:p>
    <w:p>
      <w:pPr>
        <w:spacing w:before="240" w:after="80"/>
      </w:pPr>
      <w:r>
        <w:rPr>
          <w:b/>
          <w:color w:val="2C3E50"/>
          <w:sz w:val="26"/>
        </w:rPr>
        <w:t>6. Justified and Forgiven Through Faith in His Blood</w:t>
      </w:r>
    </w:p>
    <w:p>
      <w:pPr>
        <w:spacing w:before="80" w:after="160"/>
        <w:pBdr>
          <w:bottom w:val="single" w:sz="12" w:space="1" w:color="2563eb"/>
        </w:pBdr>
      </w:pPr>
    </w:p>
    <w:p>
      <w:pPr>
        <w:spacing w:after="120"/>
      </w:pPr>
      <w:r>
        <w:rPr>
          <w:b/>
          <w:color w:val="4A5568"/>
          <w:sz w:val="20"/>
        </w:rPr>
        <w:t xml:space="preserve">Kingdom Truth: </w:t>
      </w:r>
      <w:r>
        <w:rPr>
          <w:i/>
          <w:color w:val="4A5568"/>
          <w:sz w:val="20"/>
        </w:rPr>
        <w:t>Paul teaches that we are justified freely by God’s grace through the redemption that came by Christ Jesus.</w:t>
      </w:r>
    </w:p>
    <w:p>
      <w:pPr>
        <w:spacing w:before="160" w:after="40"/>
      </w:pPr>
      <w:r>
        <w:rPr>
          <w:b/>
          <w:color w:val="1E40AF"/>
          <w:sz w:val="24"/>
        </w:rPr>
        <w:t>Romans 3:24-25 (NIV)</w:t>
      </w:r>
    </w:p>
    <w:p>
      <w:pPr>
        <w:spacing w:after="120"/>
        <w:ind w:left="283"/>
      </w:pPr>
      <w:r>
        <w:rPr>
          <w:color w:val="2C3E50"/>
          <w:sz w:val="24"/>
        </w:rPr>
        <w:t>“And all are justified freely by his grace through the redemption that came by Christ Jesus. God presented Christ as a sacrifice of atonement, through the shedding of his blood—to be received by faith.”</w:t>
      </w:r>
    </w:p>
    <w:p>
      <w:pPr>
        <w:spacing w:before="240" w:after="80"/>
      </w:pPr>
      <w:r>
        <w:rPr>
          <w:b/>
          <w:color w:val="2C3E50"/>
          <w:sz w:val="26"/>
        </w:rPr>
        <w:t>7. Christ Became Sin for Us</w:t>
      </w:r>
    </w:p>
    <w:p>
      <w:pPr>
        <w:spacing w:before="80" w:after="160"/>
        <w:pBdr>
          <w:bottom w:val="single" w:sz="12" w:space="1" w:color="2563eb"/>
        </w:pBdr>
      </w:pPr>
    </w:p>
    <w:p>
      <w:pPr>
        <w:spacing w:after="120"/>
      </w:pPr>
      <w:r>
        <w:rPr>
          <w:b/>
          <w:color w:val="4A5568"/>
          <w:sz w:val="20"/>
        </w:rPr>
        <w:t xml:space="preserve">Kingdom Truth: </w:t>
      </w:r>
      <w:r>
        <w:rPr>
          <w:i/>
          <w:color w:val="4A5568"/>
          <w:sz w:val="20"/>
        </w:rPr>
        <w:t>The great exchange: Jesus took our sin so we could become the righteousness of God.</w:t>
      </w:r>
    </w:p>
    <w:p>
      <w:pPr>
        <w:spacing w:before="160" w:after="40"/>
      </w:pPr>
      <w:r>
        <w:rPr>
          <w:b/>
          <w:color w:val="1E40AF"/>
          <w:sz w:val="24"/>
        </w:rPr>
        <w:t>2 Corinthians 5:21 (NIV)</w:t>
      </w:r>
    </w:p>
    <w:p>
      <w:pPr>
        <w:spacing w:after="120"/>
        <w:ind w:left="283"/>
      </w:pPr>
      <w:r>
        <w:rPr>
          <w:color w:val="2C3E50"/>
          <w:sz w:val="24"/>
        </w:rPr>
        <w:t>“God made him who had no sin to be sin for us, so that in him we might become the righteousness of God.”</w:t>
      </w:r>
    </w:p>
    <w:p>
      <w:pPr>
        <w:spacing w:before="240" w:after="80"/>
      </w:pPr>
      <w:r>
        <w:rPr>
          <w:b/>
          <w:color w:val="2C3E50"/>
          <w:sz w:val="26"/>
        </w:rPr>
        <w:t>8. Made Alive — Sins Cancelled</w:t>
      </w:r>
    </w:p>
    <w:p>
      <w:pPr>
        <w:spacing w:before="80" w:after="160"/>
        <w:pBdr>
          <w:bottom w:val="single" w:sz="12" w:space="1" w:color="2563eb"/>
        </w:pBdr>
      </w:pPr>
    </w:p>
    <w:p>
      <w:pPr>
        <w:spacing w:after="120"/>
      </w:pPr>
      <w:r>
        <w:rPr>
          <w:b/>
          <w:color w:val="4A5568"/>
          <w:sz w:val="20"/>
        </w:rPr>
        <w:t xml:space="preserve">Kingdom Truth: </w:t>
      </w:r>
      <w:r>
        <w:rPr>
          <w:i/>
          <w:color w:val="4A5568"/>
          <w:sz w:val="20"/>
        </w:rPr>
        <w:t>God made us alive with Christ and cancelled the charge of our legal indebtedness.</w:t>
      </w:r>
    </w:p>
    <w:p>
      <w:pPr>
        <w:spacing w:before="160" w:after="40"/>
      </w:pPr>
      <w:r>
        <w:rPr>
          <w:b/>
          <w:color w:val="1E40AF"/>
          <w:sz w:val="24"/>
        </w:rPr>
        <w:t>Colossians 2:13-14 (NIV)</w:t>
      </w:r>
    </w:p>
    <w:p>
      <w:pPr>
        <w:spacing w:after="120"/>
        <w:ind w:left="283"/>
      </w:pPr>
      <w:r>
        <w:rPr>
          <w:color w:val="2C3E50"/>
          <w:sz w:val="24"/>
        </w:rPr>
        <w:t>“When you were dead in your sins and in the uncircumcision of your flesh, God made you alive with Christ. He forgave us all our sins, having cancelled the charge of our legal indebtedness, which stood against us and condemned us; he has taken it away, nailing it to the cross.”</w:t>
      </w:r>
    </w:p>
    <w:p>
      <w:pPr>
        <w:spacing w:before="240" w:after="80"/>
      </w:pPr>
      <w:r>
        <w:rPr>
          <w:b/>
          <w:color w:val="2C3E50"/>
          <w:sz w:val="26"/>
        </w:rPr>
        <w:t>9. Love Keeps No Record of Wrongs</w:t>
      </w:r>
    </w:p>
    <w:p>
      <w:pPr>
        <w:spacing w:before="80" w:after="160"/>
        <w:pBdr>
          <w:bottom w:val="single" w:sz="12" w:space="1" w:color="2563eb"/>
        </w:pBdr>
      </w:pPr>
    </w:p>
    <w:p>
      <w:pPr>
        <w:spacing w:after="120"/>
      </w:pPr>
      <w:r>
        <w:rPr>
          <w:b/>
          <w:color w:val="4A5568"/>
          <w:sz w:val="20"/>
        </w:rPr>
        <w:t xml:space="preserve">Kingdom Truth: </w:t>
      </w:r>
      <w:r>
        <w:rPr>
          <w:i/>
          <w:color w:val="4A5568"/>
          <w:sz w:val="20"/>
        </w:rPr>
        <w:t>True love, which flows from forgiveness, does not keep a record of wrongs.</w:t>
      </w:r>
    </w:p>
    <w:p>
      <w:pPr>
        <w:spacing w:before="160" w:after="40"/>
      </w:pPr>
      <w:r>
        <w:rPr>
          <w:b/>
          <w:color w:val="1E40AF"/>
          <w:sz w:val="24"/>
        </w:rPr>
        <w:t>1 Corinthians 13:5 (NIV)</w:t>
      </w:r>
    </w:p>
    <w:p>
      <w:pPr>
        <w:spacing w:after="120"/>
        <w:ind w:left="283"/>
      </w:pPr>
      <w:r>
        <w:rPr>
          <w:color w:val="2C3E50"/>
          <w:sz w:val="24"/>
        </w:rPr>
        <w:t>“Love is patient, love is kind. It does not envy, it does not boast, it is not proud. It does not dishonor others, it is not self-seeking, it is not easily angered, it keeps no record of wrongs.”</w:t>
      </w:r>
    </w:p>
    <w:p/>
    <w:p>
      <w:pPr>
        <w:jc w:val="center"/>
      </w:pPr>
      <w:r>
        <w:rPr>
          <w:b/>
          <w:color w:val="1E40AF"/>
          <w:sz w:val="26"/>
        </w:rPr>
        <w:t>Closing Declaration</w:t>
      </w:r>
    </w:p>
    <w:p>
      <w:pPr>
        <w:jc w:val="center"/>
      </w:pPr>
      <w:r>
        <w:rPr>
          <w:i/>
          <w:color w:val="2C3E50"/>
          <w:sz w:val="22"/>
        </w:rPr>
        <w:t>We have been forgiven much. Therefore we forgive freely from the heart.</w:t>
        <w:br/>
        <w:t>We are children of the Merciful Father. We are ambassadors of reconciliation.</w:t>
        <w:br/>
        <w:t>We carry the authority Jesus gave us. We are the light of the world.</w:t>
        <w:br/>
        <w:t>Because we have received extravagant mercy, we extend it — until the Kingdom comes.</w:t>
      </w:r>
    </w:p>
    <w:p/>
    <w:p>
      <w:pPr>
        <w:jc w:val="center"/>
      </w:pPr>
      <w:r>
        <w:rPr>
          <w:color w:val="1E40AF"/>
          <w:sz w:val="22"/>
        </w:rPr>
        <w:t>May these scriptures renew your mind and transform your relationships.</w:t>
        <w:br/>
        <w:t>You are deeply loved and completely forgiven in Christ.</w:t>
        <w:br/>
        <w:t>Now go and forgive.</w:t>
      </w:r>
    </w:p>
    <w:sectPr w:rsidR="00FC693F" w:rsidRPr="0006063C"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